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0A" w:rsidRPr="008B28E3" w:rsidRDefault="00747E0A" w:rsidP="008B28E3">
      <w:pPr>
        <w:pStyle w:val="ae"/>
        <w:autoSpaceDE w:val="0"/>
        <w:autoSpaceDN w:val="0"/>
        <w:spacing w:after="78" w:line="220" w:lineRule="exact"/>
        <w:rPr>
          <w:lang w:val="ru-RU"/>
        </w:rPr>
      </w:pPr>
    </w:p>
    <w:p w:rsidR="00956F34" w:rsidRDefault="00956F34" w:rsidP="00933DC1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1766C" w:rsidRPr="007213CA" w:rsidRDefault="0061766C" w:rsidP="0061766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1766C" w:rsidRPr="007213CA" w:rsidRDefault="0061766C" w:rsidP="0061766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0" w:name="ccf94676-8cc8-481e-bda5-8fab9254b757"/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молодёжной политики Свердловской области</w:t>
      </w:r>
      <w:bookmarkEnd w:id="0"/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61766C" w:rsidRPr="007213CA" w:rsidRDefault="0061766C" w:rsidP="0061766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a8a890ff-bfa6-4231-8640-f7224df0df51"/>
      <w:r w:rsidR="007213CA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 xml:space="preserve"> Пелым</w:t>
      </w:r>
      <w:bookmarkEnd w:id="1"/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61766C" w:rsidRDefault="0061766C" w:rsidP="0061766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МКОУ СОШ № 1</w:t>
      </w:r>
      <w:r w:rsidR="007213CA">
        <w:rPr>
          <w:rFonts w:ascii="Times New Roman" w:hAnsi="Times New Roman"/>
          <w:color w:val="000000"/>
          <w:sz w:val="24"/>
          <w:szCs w:val="24"/>
          <w:lang w:val="ru-RU"/>
        </w:rPr>
        <w:t>п. Пелым</w:t>
      </w:r>
    </w:p>
    <w:p w:rsidR="007213CA" w:rsidRDefault="007213CA" w:rsidP="0061766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213CA" w:rsidRDefault="007213CA" w:rsidP="0061766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213CA" w:rsidRPr="00FC5256" w:rsidTr="00735288">
        <w:tc>
          <w:tcPr>
            <w:tcW w:w="4785" w:type="dxa"/>
            <w:hideMark/>
          </w:tcPr>
          <w:p w:rsidR="007213CA" w:rsidRPr="0064190B" w:rsidRDefault="007213CA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64190B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:rsidR="007213CA" w:rsidRPr="0064190B" w:rsidRDefault="007213CA" w:rsidP="00735288">
            <w:pPr>
              <w:pStyle w:val="Style3"/>
              <w:widowControl/>
              <w:ind w:firstLine="0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 xml:space="preserve">                     на педагогическом совете</w:t>
            </w:r>
          </w:p>
          <w:p w:rsidR="007213CA" w:rsidRPr="0064190B" w:rsidRDefault="007213CA" w:rsidP="0073528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64190B">
              <w:rPr>
                <w:rStyle w:val="FontStyle55"/>
                <w:b w:val="0"/>
                <w:lang w:val="ru-RU" w:eastAsia="ru-RU"/>
              </w:rPr>
              <w:t>28 августа 2023</w:t>
            </w: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786" w:type="dxa"/>
          </w:tcPr>
          <w:p w:rsidR="007213CA" w:rsidRPr="0064190B" w:rsidRDefault="007213CA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64190B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:rsidR="007213CA" w:rsidRPr="0064190B" w:rsidRDefault="007213CA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Директор МКОУ СОШ №1                                          __________________            /</w:t>
            </w:r>
            <w:proofErr w:type="spellStart"/>
            <w:r w:rsidRPr="0064190B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64190B">
              <w:rPr>
                <w:rStyle w:val="FontStyle53"/>
                <w:b w:val="0"/>
                <w:i w:val="0"/>
              </w:rPr>
              <w:t>./</w:t>
            </w:r>
          </w:p>
          <w:p w:rsidR="007213CA" w:rsidRPr="0064190B" w:rsidRDefault="007213CA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7213CA" w:rsidRPr="0064190B" w:rsidRDefault="007213CA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</w:p>
          <w:p w:rsidR="007213CA" w:rsidRPr="0064190B" w:rsidRDefault="007213CA" w:rsidP="0073528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3"/>
                <w:b w:val="0"/>
                <w:i w:val="0"/>
                <w:sz w:val="24"/>
                <w:szCs w:val="24"/>
                <w:lang w:val="ru-RU" w:eastAsia="ru-RU"/>
              </w:rPr>
              <w:t>Вводится в действие с 01.09.2023г</w:t>
            </w:r>
          </w:p>
        </w:tc>
      </w:tr>
    </w:tbl>
    <w:p w:rsidR="0061766C" w:rsidRPr="001D00BB" w:rsidRDefault="0061766C" w:rsidP="007213CA">
      <w:pPr>
        <w:spacing w:after="0"/>
        <w:rPr>
          <w:lang w:val="ru-RU"/>
        </w:rPr>
      </w:pPr>
    </w:p>
    <w:p w:rsidR="0061766C" w:rsidRPr="001D00BB" w:rsidRDefault="0061766C" w:rsidP="0061766C">
      <w:pPr>
        <w:spacing w:after="0"/>
        <w:ind w:left="120"/>
        <w:rPr>
          <w:lang w:val="ru-RU"/>
        </w:rPr>
      </w:pPr>
    </w:p>
    <w:p w:rsidR="0061766C" w:rsidRPr="001D00BB" w:rsidRDefault="0061766C" w:rsidP="0061766C">
      <w:pPr>
        <w:spacing w:after="0"/>
        <w:ind w:left="120"/>
        <w:rPr>
          <w:lang w:val="ru-RU"/>
        </w:rPr>
      </w:pPr>
    </w:p>
    <w:p w:rsidR="0061766C" w:rsidRPr="001D00BB" w:rsidRDefault="0061766C" w:rsidP="0061766C">
      <w:pPr>
        <w:spacing w:after="0" w:line="408" w:lineRule="auto"/>
        <w:ind w:left="120"/>
        <w:jc w:val="center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766C" w:rsidRDefault="0061766C" w:rsidP="0061766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1766C" w:rsidRPr="001D00BB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Pr="001D00BB" w:rsidRDefault="0061766C" w:rsidP="0061766C">
      <w:pPr>
        <w:spacing w:after="0" w:line="408" w:lineRule="auto"/>
        <w:ind w:left="120"/>
        <w:jc w:val="center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Технология</w:t>
      </w:r>
      <w:r w:rsidRPr="001D00B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61766C" w:rsidRPr="001D00BB" w:rsidRDefault="0061766C" w:rsidP="0061766C">
      <w:pPr>
        <w:spacing w:after="0" w:line="408" w:lineRule="auto"/>
        <w:ind w:left="120"/>
        <w:jc w:val="center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B910B9">
        <w:rPr>
          <w:rFonts w:ascii="Times New Roman" w:hAnsi="Times New Roman"/>
          <w:color w:val="000000"/>
          <w:sz w:val="28"/>
          <w:lang w:val="ru-RU"/>
        </w:rPr>
        <w:t>2</w:t>
      </w:r>
      <w:r w:rsidRPr="001D00B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1766C" w:rsidRPr="001D00BB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Pr="001D00BB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Pr="001D00BB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Pr="001D00BB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Default="0061766C" w:rsidP="0061766C">
      <w:pPr>
        <w:spacing w:after="0"/>
        <w:ind w:left="120"/>
        <w:jc w:val="center"/>
        <w:rPr>
          <w:lang w:val="ru-RU"/>
        </w:rPr>
      </w:pPr>
    </w:p>
    <w:p w:rsidR="00B910B9" w:rsidRPr="001D00BB" w:rsidRDefault="00B910B9" w:rsidP="0061766C">
      <w:pPr>
        <w:spacing w:after="0"/>
        <w:ind w:left="120"/>
        <w:jc w:val="center"/>
        <w:rPr>
          <w:lang w:val="ru-RU"/>
        </w:rPr>
      </w:pPr>
    </w:p>
    <w:p w:rsidR="0061766C" w:rsidRPr="001D00BB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Pr="001D00BB" w:rsidRDefault="0061766C" w:rsidP="0061766C">
      <w:pPr>
        <w:spacing w:after="0"/>
        <w:rPr>
          <w:lang w:val="ru-RU"/>
        </w:rPr>
      </w:pPr>
    </w:p>
    <w:p w:rsidR="0061766C" w:rsidRPr="001D00BB" w:rsidRDefault="0061766C" w:rsidP="0061766C">
      <w:pPr>
        <w:spacing w:after="0"/>
        <w:ind w:left="120"/>
        <w:jc w:val="center"/>
        <w:rPr>
          <w:lang w:val="ru-RU"/>
        </w:rPr>
      </w:pPr>
    </w:p>
    <w:p w:rsidR="0061766C" w:rsidRPr="001D00BB" w:rsidRDefault="0061766C" w:rsidP="0061766C">
      <w:pPr>
        <w:spacing w:after="0"/>
        <w:ind w:left="120"/>
        <w:jc w:val="center"/>
        <w:rPr>
          <w:lang w:val="ru-RU"/>
        </w:rPr>
      </w:pPr>
    </w:p>
    <w:p w:rsidR="007213CA" w:rsidRDefault="0061766C" w:rsidP="00B910B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c3056e5-3310-4ab5-8149-431321fcd2e5"/>
    </w:p>
    <w:p w:rsidR="007213CA" w:rsidRDefault="007213CA" w:rsidP="00B910B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13CA" w:rsidRDefault="007213CA" w:rsidP="00B910B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13CA" w:rsidRDefault="007213CA" w:rsidP="00B910B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13CA" w:rsidRDefault="007213CA" w:rsidP="00B910B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13CA" w:rsidRDefault="007213CA" w:rsidP="00B910B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213CA" w:rsidRDefault="007213CA" w:rsidP="00B910B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1766C" w:rsidRPr="007213CA" w:rsidRDefault="0061766C" w:rsidP="00B910B9">
      <w:pPr>
        <w:spacing w:after="0"/>
        <w:ind w:left="120"/>
        <w:jc w:val="center"/>
        <w:rPr>
          <w:sz w:val="24"/>
          <w:szCs w:val="24"/>
          <w:lang w:val="ru-RU"/>
        </w:rPr>
      </w:pPr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п. Пелым</w:t>
      </w:r>
      <w:bookmarkEnd w:id="2"/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  <w:bookmarkStart w:id="3" w:name="0896ba0f-9440-428b-b990-6bdd731fd219"/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2023</w:t>
      </w:r>
      <w:bookmarkEnd w:id="3"/>
      <w:r w:rsidRPr="007213C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956F34" w:rsidRDefault="00956F34" w:rsidP="008B28E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47E0A" w:rsidRPr="008B28E3" w:rsidRDefault="008B28E3" w:rsidP="008B28E3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47E0A" w:rsidRPr="008B28E3" w:rsidRDefault="008B28E3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747E0A" w:rsidRPr="008B28E3" w:rsidRDefault="008B28E3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747E0A" w:rsidRPr="008B28E3" w:rsidRDefault="008B28E3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Во втором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747E0A" w:rsidRPr="008B28E3" w:rsidRDefault="008B28E3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</w:t>
      </w:r>
      <w:proofErr w:type="gram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ии у о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бучающихся социально ценных качеств,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креативности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747E0A" w:rsidRPr="008B28E3" w:rsidRDefault="008B28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8B28E3">
        <w:rPr>
          <w:lang w:val="ru-RU"/>
        </w:rPr>
        <w:lastRenderedPageBreak/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747E0A" w:rsidRPr="008B28E3" w:rsidRDefault="008B28E3" w:rsidP="00956F3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747E0A" w:rsidRPr="008B28E3" w:rsidRDefault="008B28E3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747E0A" w:rsidRPr="008B28E3" w:rsidRDefault="008B28E3">
      <w:pPr>
        <w:autoSpaceDE w:val="0"/>
        <w:autoSpaceDN w:val="0"/>
        <w:spacing w:before="70" w:after="0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747E0A" w:rsidRPr="008B28E3" w:rsidRDefault="008B28E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747E0A" w:rsidRPr="008B28E3" w:rsidRDefault="008B28E3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предмета является успешная социализация обучающихся, формирование у них функциональной грамотности на базе освоения культурологических и </w:t>
      </w:r>
      <w:proofErr w:type="spellStart"/>
      <w:proofErr w:type="gram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конструкторско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  <w:proofErr w:type="gramEnd"/>
    </w:p>
    <w:p w:rsidR="00747E0A" w:rsidRPr="008B28E3" w:rsidRDefault="008B28E3" w:rsidP="00956F34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ценности предшествующих культур, отражённых в материальном мире;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B36C2" w:rsidRDefault="008B28E3" w:rsidP="00956F34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во 2 классе — 34 часа (по 1 часу в неделю)</w:t>
      </w:r>
      <w:r>
        <w:rPr>
          <w:lang w:val="ru-RU"/>
        </w:rPr>
        <w:t>.</w:t>
      </w:r>
    </w:p>
    <w:p w:rsidR="00FB36C2" w:rsidRDefault="00FB36C2" w:rsidP="008B28E3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>
        <w:rPr>
          <w:lang w:val="ru-RU"/>
        </w:rPr>
        <w:t>УМК « Школа России»</w:t>
      </w:r>
    </w:p>
    <w:p w:rsidR="007213CA" w:rsidRDefault="007213CA" w:rsidP="008B28E3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</w:p>
    <w:p w:rsidR="00747E0A" w:rsidRPr="008B28E3" w:rsidRDefault="008B28E3" w:rsidP="008B28E3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346" w:after="0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выразительность. Средства художественной выразительности (композиция, цвет, тон и др.).</w:t>
      </w:r>
    </w:p>
    <w:p w:rsidR="00747E0A" w:rsidRPr="008B28E3" w:rsidRDefault="008B28E3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Изготовление изделий с учётом данного принципа.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традиции.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47E0A" w:rsidRPr="008B28E3" w:rsidRDefault="008B28E3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proofErr w:type="gram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Подвижное соединение деталей изделия. Использование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соответствующих способов обработки материалов в зависимости от вида и назначения изделия.</w:t>
      </w:r>
    </w:p>
    <w:p w:rsidR="00747E0A" w:rsidRPr="008B28E3" w:rsidRDefault="008B28E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747E0A" w:rsidRPr="008B28E3" w:rsidRDefault="008B28E3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lastRenderedPageBreak/>
        <w:t>Технология обработки бумаги и картона.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биговка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. Подвижное соединение деталей на проволоку, толстую нитку.</w:t>
      </w:r>
    </w:p>
    <w:p w:rsidR="00747E0A" w:rsidRPr="008B28E3" w:rsidRDefault="008B28E3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Технология обработки текстильных материалов.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47E0A" w:rsidRPr="008B28E3" w:rsidRDefault="008B28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материалов (например, проволока, пряжа, бусины и др.).</w:t>
      </w:r>
    </w:p>
    <w:p w:rsidR="00747E0A" w:rsidRPr="008B28E3" w:rsidRDefault="008B28E3" w:rsidP="00956F34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</w:t>
      </w: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моделирование</w:t>
      </w:r>
      <w:proofErr w:type="gramEnd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47E0A" w:rsidRPr="008B28E3" w:rsidRDefault="008B28E3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47E0A" w:rsidRPr="008B28E3" w:rsidRDefault="008B28E3">
      <w:pPr>
        <w:autoSpaceDE w:val="0"/>
        <w:autoSpaceDN w:val="0"/>
        <w:spacing w:before="70" w:after="0" w:line="262" w:lineRule="auto"/>
        <w:ind w:left="180" w:right="2304"/>
        <w:rPr>
          <w:lang w:val="ru-RU"/>
        </w:rPr>
      </w:pP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</w:t>
      </w:r>
    </w:p>
    <w:p w:rsidR="00747E0A" w:rsidRPr="008B28E3" w:rsidRDefault="008B28E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Поиск информации. Интернет как источник информации.</w:t>
      </w:r>
    </w:p>
    <w:p w:rsidR="00747E0A" w:rsidRPr="008B28E3" w:rsidRDefault="008B28E3">
      <w:pPr>
        <w:autoSpaceDE w:val="0"/>
        <w:autoSpaceDN w:val="0"/>
        <w:spacing w:before="190" w:after="0" w:line="286" w:lineRule="auto"/>
        <w:ind w:left="180" w:right="432"/>
        <w:rPr>
          <w:lang w:val="ru-RU"/>
        </w:rPr>
      </w:pP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работу в соответствии с образцом, инструкцией, устной или письменной;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анализа и синтеза, сравнения, группировки с учётом указанных критериев; строить рассуждения, делать умозаключения, проверять их в практической работе;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воспроизводить порядок действий при решении учебной/практической задачи;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осуществлять решение простых задач в умственной и материализованной форме.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получать информацию из учебника и других дидактических материалов, использовать её в работе; </w:t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участия в учебном диалоге: задавать вопросы, дополнять ответы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одноклассников, высказывать своё мнение; отвечать на вопросы; проявлять уважительное отношение к одноклассникам, внимание к мнению другого;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делиться впечатлениями о прослушанном (прочитанном) тексте, рассказе учителя; о выполненной работе, созданном изделии.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8B28E3">
        <w:rPr>
          <w:lang w:val="ru-RU"/>
        </w:rPr>
        <w:lastRenderedPageBreak/>
        <w:tab/>
      </w:r>
      <w:r w:rsidRPr="008B28E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УУД: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учебную задачу;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предлагаемый план действий, действовать по плану;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необходимые действия для получения практического результата, планировать работу;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воспринимать советы, оценку учителя и одноклассников, стараться учитывать их в работе.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элементарную совместную деятельность в процессе изготовления изделий, осуществлять взаимопомощь;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выполнять правила совместной работы: справедливо распределять работу; договариваться, выполнять ответственно свою часть работы, уважительно относиться к чужому мнению.</w:t>
      </w:r>
    </w:p>
    <w:p w:rsidR="00747E0A" w:rsidRDefault="00747E0A">
      <w:pPr>
        <w:rPr>
          <w:lang w:val="ru-RU"/>
        </w:rPr>
      </w:pPr>
    </w:p>
    <w:p w:rsidR="00747E0A" w:rsidRPr="008B28E3" w:rsidRDefault="008B28E3" w:rsidP="008B28E3">
      <w:pPr>
        <w:autoSpaceDE w:val="0"/>
        <w:autoSpaceDN w:val="0"/>
        <w:spacing w:after="0" w:line="262" w:lineRule="auto"/>
        <w:ind w:right="432"/>
        <w:jc w:val="center"/>
        <w:rPr>
          <w:lang w:val="ru-RU"/>
        </w:rPr>
      </w:pP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«ТЕХНОЛОГИЯ</w:t>
      </w: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»Н</w:t>
      </w:r>
      <w:proofErr w:type="gramEnd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А УРОВНЕ НАЧАЛЬНОГО ОБЩЕГО ОБРАЗОВАНИЯ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сосуществования рукотворного мира с миром природы;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сохранению окружающей среды;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природных объектов, образцов мировой и отечественной художественной культуры;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проявление толерантности и доброжелательности.</w:t>
      </w:r>
    </w:p>
    <w:p w:rsidR="00747E0A" w:rsidRPr="008B28E3" w:rsidRDefault="008B28E3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признаков;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47E0A" w:rsidRPr="008B28E3" w:rsidRDefault="008B28E3" w:rsidP="00956F34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их излагать; выслушивать разные мнения, учитывать их в диалоге;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выполнять действия контроля и оценки;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вносить необходимые коррективы в действие после его завершения на основе его оценки и учёта характера сделанных ошибок;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</w:t>
      </w:r>
      <w:proofErr w:type="gram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волевую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осуществлять продуктивное сотрудничество;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747E0A" w:rsidRPr="008B28E3" w:rsidRDefault="008B28E3" w:rsidP="00956F34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8B28E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во втором</w:t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обучающийся научится: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по самостоятельно составленному плану;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наблюдать гармонию предметов и окружающей среды; называть характерные особенности изученных видов декоративно-прикладного искусства;</w:t>
      </w:r>
    </w:p>
    <w:p w:rsidR="00747E0A" w:rsidRPr="008B28E3" w:rsidRDefault="008B28E3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выделять, называть и применять изученные общие правила создания рукотворного мира в своей предметно-творческой деятельности;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рабочее место в соответствии с видом деятельности, поддерживать порядок во время работы, убирать рабочее место;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задание/образец по предложенным вопросам, памятке или инструкции,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доступные задания с опорой на инструкционную (технологическую) карту;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читать простейшие чертежи (эскизы), называть линии чертежа (линия контура и надреза, линия выносная и размерная, линия сгиба, линия симметрии);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</w:t>
      </w:r>
      <w:proofErr w:type="spell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биговку</w:t>
      </w:r>
      <w:proofErr w:type="spell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построение простейшего лекала (выкройки) правильной геометрической формы и разметку деталей кроя на ткани по нему/ней;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оформлять изделия и соединять детали освоенными ручными строчками;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proofErr w:type="gramStart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смысл понятия «развёртка» (трёхмерного предмета); соотносить объёмную конструкцию с изображениями её развёртки;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отличать макет от модели, строить трёхмерный макет из готовой развёртки;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неподвижный и подвижный способ соединения деталей и выполнять подвижное и неподвижное соединения известными способами;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  <w:proofErr w:type="gramEnd"/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решать несложные конструкторско-технологические задачи;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освоенные знания и практические умения (технологические, графические,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конструкторские) в самостоятельной интеллектуальной и практической деятельности; </w:t>
      </w:r>
      <w:r w:rsidRPr="008B28E3">
        <w:rPr>
          <w:lang w:val="ru-RU"/>
        </w:rPr>
        <w:br/>
      </w:r>
      <w:r w:rsidRPr="008B28E3">
        <w:rPr>
          <w:lang w:val="ru-RU"/>
        </w:rPr>
        <w:lastRenderedPageBreak/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выбор, какое мнение принять — своё или другое, высказанное в ходе обсуждения;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работу в малых группах, осуществлять сотрудничество;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особенности проектной деятельности, осуществлять под руководством учителя </w:t>
      </w:r>
      <w:r w:rsidRPr="008B28E3">
        <w:rPr>
          <w:lang w:val="ru-RU"/>
        </w:rPr>
        <w:br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 xml:space="preserve">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 </w:t>
      </w:r>
      <w:r w:rsidRPr="008B28E3">
        <w:rPr>
          <w:lang w:val="ru-RU"/>
        </w:rPr>
        <w:br/>
      </w:r>
      <w:r w:rsidRPr="008B28E3">
        <w:rPr>
          <w:lang w:val="ru-RU"/>
        </w:rPr>
        <w:tab/>
      </w:r>
      <w:r w:rsidRPr="008B28E3">
        <w:rPr>
          <w:rFonts w:ascii="Times New Roman" w:eastAsia="Times New Roman" w:hAnsi="Times New Roman"/>
          <w:color w:val="000000"/>
          <w:sz w:val="24"/>
          <w:lang w:val="ru-RU"/>
        </w:rPr>
        <w:t>называть профессии людей, работающих в сфере обслуживания.</w:t>
      </w:r>
    </w:p>
    <w:p w:rsidR="00747E0A" w:rsidRDefault="00747E0A">
      <w:pPr>
        <w:rPr>
          <w:lang w:val="ru-RU"/>
        </w:rPr>
      </w:pPr>
    </w:p>
    <w:p w:rsidR="007213CA" w:rsidRPr="008B28E3" w:rsidRDefault="007213CA">
      <w:pPr>
        <w:rPr>
          <w:lang w:val="ru-RU"/>
        </w:rPr>
        <w:sectPr w:rsidR="007213CA" w:rsidRPr="008B28E3">
          <w:footerReference w:type="default" r:id="rId8"/>
          <w:pgSz w:w="11900" w:h="16840"/>
          <w:pgMar w:top="298" w:right="662" w:bottom="1440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747E0A" w:rsidRPr="008B28E3" w:rsidRDefault="00747E0A">
      <w:pPr>
        <w:autoSpaceDE w:val="0"/>
        <w:autoSpaceDN w:val="0"/>
        <w:spacing w:after="64" w:line="220" w:lineRule="exact"/>
        <w:rPr>
          <w:lang w:val="ru-RU"/>
        </w:rPr>
      </w:pPr>
    </w:p>
    <w:p w:rsidR="009C30E2" w:rsidRPr="009C30E2" w:rsidRDefault="008B28E3" w:rsidP="009C30E2">
      <w:pPr>
        <w:autoSpaceDE w:val="0"/>
        <w:autoSpaceDN w:val="0"/>
        <w:spacing w:after="258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2"/>
        <w:gridCol w:w="1499"/>
        <w:gridCol w:w="3531"/>
        <w:gridCol w:w="3543"/>
      </w:tblGrid>
      <w:tr w:rsidR="009C30E2" w:rsidRPr="009C30E2" w:rsidTr="009C30E2">
        <w:trPr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Наименование разделов и тем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Количество часов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Информация об электронных учебно-методических материалах (платформы, электронные ресурсы)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 xml:space="preserve">Воспитательный </w:t>
            </w:r>
            <w:proofErr w:type="spellStart"/>
            <w:r w:rsidRPr="009C30E2">
              <w:rPr>
                <w:b/>
                <w:bCs/>
                <w:lang w:val="ru-RU"/>
              </w:rPr>
              <w:t>компомент</w:t>
            </w:r>
            <w:proofErr w:type="spellEnd"/>
          </w:p>
        </w:tc>
      </w:tr>
      <w:tr w:rsidR="009C30E2" w:rsidRPr="009C30E2" w:rsidTr="009C30E2">
        <w:trPr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Художественная мастерская</w:t>
            </w:r>
          </w:p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Что ты уже знаешь?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</w:tc>
      </w:tr>
      <w:tr w:rsidR="009C30E2" w:rsidRPr="009C30E2" w:rsidTr="009C30E2">
        <w:trPr>
          <w:trHeight w:val="67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Зачем художнику знать о цвете, форме и размере?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22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Какова роль цвета в композиции?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31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Какие бывают цветочные композиции?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216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 увидеть белое изображение на белом фоне?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32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Что такое симметрия? Как получить симметричные детали?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</w:tc>
      </w:tr>
      <w:tr w:rsidR="009C30E2" w:rsidRPr="009C30E2" w:rsidTr="009C30E2">
        <w:trPr>
          <w:trHeight w:val="216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Можно ли сгибать картон? Как?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30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Наши проекты. Африканская саванна.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сообщения</w:t>
            </w:r>
          </w:p>
        </w:tc>
      </w:tr>
      <w:tr w:rsidR="009C30E2" w:rsidRPr="009C30E2" w:rsidTr="009C30E2">
        <w:trPr>
          <w:trHeight w:val="25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 плоское превратить в объемное?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28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 согнуть картон по кривой линии?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18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Проверим себя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D04934" w:rsidP="009C30E2">
            <w:pPr>
              <w:spacing w:after="0"/>
              <w:rPr>
                <w:lang w:val="ru-RU"/>
              </w:rPr>
            </w:pPr>
          </w:p>
        </w:tc>
      </w:tr>
      <w:tr w:rsidR="009C30E2" w:rsidRPr="009C30E2" w:rsidTr="009C30E2">
        <w:trPr>
          <w:trHeight w:val="36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Чертежная мастерская</w:t>
            </w:r>
          </w:p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Что такое технологические операции и способы?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19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Что такое линейка и что она умеет? Что такое чертеж и как его прочитать?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38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lastRenderedPageBreak/>
              <w:t>Как изготовить несколько одинаковых прямоугольников?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50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Можно ли разметить прямоугольник по угольнику?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22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Можно ли без шаблона разметить круг?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31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Мастерская Деда Мороза и Снегурочки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</w:tc>
      </w:tr>
      <w:tr w:rsidR="009C30E2" w:rsidRPr="009C30E2" w:rsidTr="009C30E2">
        <w:trPr>
          <w:trHeight w:val="25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Проверим себя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D04934" w:rsidP="009C30E2">
            <w:pPr>
              <w:spacing w:after="0"/>
              <w:rPr>
                <w:lang w:val="ru-RU"/>
              </w:rPr>
            </w:pPr>
          </w:p>
        </w:tc>
      </w:tr>
      <w:tr w:rsidR="009C30E2" w:rsidRPr="009C30E2" w:rsidTr="009C30E2">
        <w:trPr>
          <w:trHeight w:val="13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Конструкторская мастерская</w:t>
            </w:r>
          </w:p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Какой секрет у подвижных игрушек?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12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 xml:space="preserve">Как из неподвижной игрушки сделать </w:t>
            </w:r>
            <w:proofErr w:type="gramStart"/>
            <w:r w:rsidRPr="009C30E2">
              <w:rPr>
                <w:lang w:val="ru-RU"/>
              </w:rPr>
              <w:t>подвижную</w:t>
            </w:r>
            <w:proofErr w:type="gramEnd"/>
            <w:r w:rsidRPr="009C30E2">
              <w:rPr>
                <w:lang w:val="ru-RU"/>
              </w:rPr>
              <w:t>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13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Ещё один способ сделать игрушку подвижной.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7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Что заставляет вращаться пропеллер?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13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Можно ли соединить детали без соединительных материалов?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10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День защитника Отечества. Изменяются ли вооружение в армии?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</w:tc>
      </w:tr>
      <w:tr w:rsidR="009C30E2" w:rsidRPr="009C30E2" w:rsidTr="009C30E2">
        <w:trPr>
          <w:trHeight w:val="501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 машины помогают человеку?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Дискуссия, беседа</w:t>
            </w:r>
          </w:p>
        </w:tc>
      </w:tr>
      <w:tr w:rsidR="009C30E2" w:rsidRPr="009C30E2" w:rsidTr="009C30E2">
        <w:trPr>
          <w:trHeight w:val="26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Поздравляем женщин и девочек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</w:tc>
      </w:tr>
      <w:tr w:rsidR="009C30E2" w:rsidRPr="009C30E2" w:rsidTr="009C30E2">
        <w:trPr>
          <w:trHeight w:val="18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Что интересного в работе архитектора?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37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Наши проекты. Создадим свой город.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сообщения</w:t>
            </w:r>
          </w:p>
        </w:tc>
      </w:tr>
      <w:tr w:rsidR="009C30E2" w:rsidRPr="009C30E2" w:rsidTr="009C30E2">
        <w:trPr>
          <w:trHeight w:val="30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Проверим себя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D04934" w:rsidP="009C30E2">
            <w:pPr>
              <w:spacing w:after="0"/>
              <w:rPr>
                <w:lang w:val="ru-RU"/>
              </w:rPr>
            </w:pPr>
          </w:p>
        </w:tc>
      </w:tr>
      <w:tr w:rsidR="009C30E2" w:rsidRPr="009C30E2" w:rsidTr="009C30E2">
        <w:trPr>
          <w:trHeight w:val="52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lastRenderedPageBreak/>
              <w:t>Рукодельная мастерская</w:t>
            </w:r>
          </w:p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Какие бывают ткани? Какие бывают нитки? Как они используются?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48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Что такое натуральные ткани?</w:t>
            </w:r>
          </w:p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Каковы их свойства?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</w:tc>
      </w:tr>
      <w:tr w:rsidR="009C30E2" w:rsidRPr="009C30E2" w:rsidTr="009C30E2">
        <w:trPr>
          <w:trHeight w:val="312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 xml:space="preserve">Строчка косого </w:t>
            </w:r>
            <w:proofErr w:type="spellStart"/>
            <w:r w:rsidRPr="009C30E2">
              <w:rPr>
                <w:lang w:val="ru-RU"/>
              </w:rPr>
              <w:t>стежка</w:t>
            </w:r>
            <w:proofErr w:type="gramStart"/>
            <w:r w:rsidRPr="009C30E2">
              <w:rPr>
                <w:lang w:val="ru-RU"/>
              </w:rPr>
              <w:t>.Е</w:t>
            </w:r>
            <w:proofErr w:type="gramEnd"/>
            <w:r w:rsidRPr="009C30E2">
              <w:rPr>
                <w:lang w:val="ru-RU"/>
              </w:rPr>
              <w:t>сть</w:t>
            </w:r>
            <w:proofErr w:type="spellEnd"/>
            <w:r w:rsidRPr="009C30E2">
              <w:rPr>
                <w:lang w:val="ru-RU"/>
              </w:rPr>
              <w:t xml:space="preserve"> ли у </w:t>
            </w:r>
            <w:proofErr w:type="spellStart"/>
            <w:r w:rsidRPr="009C30E2">
              <w:rPr>
                <w:lang w:val="ru-RU"/>
              </w:rPr>
              <w:t>неёё</w:t>
            </w:r>
            <w:proofErr w:type="spellEnd"/>
            <w:r w:rsidRPr="009C30E2">
              <w:rPr>
                <w:lang w:val="ru-RU"/>
              </w:rPr>
              <w:t xml:space="preserve"> «дочки»?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</w:tc>
      </w:tr>
      <w:tr w:rsidR="009C30E2" w:rsidRPr="009C30E2" w:rsidTr="009C30E2">
        <w:trPr>
          <w:trHeight w:val="26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 ткань превращается в изделие? Лекало.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FB36C2" w:rsidP="009C30E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дискуссия</w:t>
            </w:r>
          </w:p>
        </w:tc>
      </w:tr>
      <w:tr w:rsidR="009C30E2" w:rsidRPr="009C30E2" w:rsidTr="009C30E2">
        <w:trPr>
          <w:trHeight w:val="317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Проверим себя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34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C30E2">
              <w:rPr>
                <w:lang w:val="ru-RU"/>
              </w:rPr>
              <w:t>Учи</w:t>
            </w:r>
            <w:proofErr w:type="gramStart"/>
            <w:r w:rsidRPr="009C30E2">
              <w:rPr>
                <w:lang w:val="ru-RU"/>
              </w:rPr>
              <w:t>.р</w:t>
            </w:r>
            <w:proofErr w:type="gramEnd"/>
            <w:r w:rsidRPr="009C30E2">
              <w:rPr>
                <w:lang w:val="ru-RU"/>
              </w:rPr>
              <w:t>у</w:t>
            </w:r>
            <w:proofErr w:type="spellEnd"/>
            <w:r w:rsidRPr="009C30E2">
              <w:rPr>
                <w:lang w:val="ru-RU"/>
              </w:rPr>
              <w:t xml:space="preserve">, </w:t>
            </w:r>
            <w:proofErr w:type="spellStart"/>
            <w:r w:rsidRPr="009C30E2">
              <w:rPr>
                <w:lang w:val="ru-RU"/>
              </w:rPr>
              <w:t>сферум.ру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34" w:rsidRPr="009C30E2" w:rsidRDefault="00D04934" w:rsidP="009C30E2">
            <w:pPr>
              <w:spacing w:after="0"/>
              <w:rPr>
                <w:lang w:val="ru-RU"/>
              </w:rPr>
            </w:pPr>
          </w:p>
        </w:tc>
      </w:tr>
    </w:tbl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C30E2" w:rsidRDefault="009C30E2" w:rsidP="009C30E2">
      <w:pPr>
        <w:rPr>
          <w:lang w:val="ru-RU"/>
        </w:rPr>
      </w:pPr>
    </w:p>
    <w:p w:rsidR="009C30E2" w:rsidRPr="00956F34" w:rsidRDefault="009C30E2" w:rsidP="009C30E2">
      <w:pPr>
        <w:rPr>
          <w:lang w:val="ru-RU"/>
        </w:rPr>
      </w:pPr>
    </w:p>
    <w:p w:rsidR="009C30E2" w:rsidRPr="00956F34" w:rsidRDefault="009C30E2" w:rsidP="009C30E2">
      <w:pPr>
        <w:jc w:val="center"/>
        <w:rPr>
          <w:b/>
          <w:bCs/>
          <w:lang w:val="ru-RU"/>
        </w:rPr>
      </w:pPr>
      <w:r w:rsidRPr="009C30E2">
        <w:rPr>
          <w:b/>
          <w:bCs/>
          <w:lang w:val="ru-RU"/>
        </w:rPr>
        <w:t>Календарно-тематическое планирование технология 2 класс</w:t>
      </w:r>
    </w:p>
    <w:tbl>
      <w:tblPr>
        <w:tblW w:w="15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8"/>
        <w:gridCol w:w="6561"/>
        <w:gridCol w:w="2348"/>
        <w:gridCol w:w="1812"/>
        <w:gridCol w:w="3565"/>
      </w:tblGrid>
      <w:tr w:rsidR="009C30E2" w:rsidRPr="009C30E2" w:rsidTr="009C30E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№ урока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Тема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71" w:lineRule="auto"/>
              <w:ind w:left="7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Дата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proofErr w:type="spellStart"/>
            <w:r w:rsidRPr="009C30E2">
              <w:rPr>
                <w:b/>
                <w:bCs/>
                <w:lang w:val="ru-RU"/>
              </w:rPr>
              <w:t>Дом</w:t>
            </w:r>
            <w:proofErr w:type="gramStart"/>
            <w:r w:rsidRPr="009C30E2">
              <w:rPr>
                <w:b/>
                <w:bCs/>
                <w:lang w:val="ru-RU"/>
              </w:rPr>
              <w:t>.з</w:t>
            </w:r>
            <w:proofErr w:type="gramEnd"/>
            <w:r w:rsidRPr="009C30E2">
              <w:rPr>
                <w:b/>
                <w:bCs/>
                <w:lang w:val="ru-RU"/>
              </w:rPr>
              <w:t>адание</w:t>
            </w:r>
            <w:proofErr w:type="spellEnd"/>
          </w:p>
        </w:tc>
      </w:tr>
      <w:tr w:rsidR="009C30E2" w:rsidRPr="009C30E2" w:rsidTr="009C30E2">
        <w:trPr>
          <w:trHeight w:val="37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Художественная мастерская</w:t>
            </w:r>
          </w:p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Что ты уже знаешь?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68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Зачем художнику знать о цвете, форме и размере?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100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18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Какова роль цвета в композиции?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100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6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4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Какие бывают цветочные композиции?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0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5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 увидеть белое изображение на белом фоне?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6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6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Что такое симметрия? Как получить симметричные детали?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7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Можно ли сгибать картон? Как?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0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8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Наши проекты. Африканская саванна.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6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9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 плоское превратить в объемное?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4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10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 согнуть картон по кривой линии?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7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Проверим себя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88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12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b/>
                <w:bCs/>
                <w:lang w:val="ru-RU"/>
              </w:rPr>
              <w:t>Чертежная мастерская</w:t>
            </w:r>
          </w:p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Что такое технологические операции и способы?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5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Что такое линейка и что она умеет? Что такое чертеж и как его прочитать?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33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14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 изготовить несколько одинаковых прямоугольников?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3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15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Можно ли разметить прямоугольник по угольнику?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autoSpaceDE w:val="0"/>
              <w:autoSpaceDN w:val="0"/>
              <w:spacing w:before="98" w:after="0" w:line="262" w:lineRule="auto"/>
              <w:ind w:left="72" w:right="28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11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16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Можно ли без шаблона разметить круг?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88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17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Мастерская Деда Мороза и Снегурочки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9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18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Проверим себя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9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lastRenderedPageBreak/>
              <w:t>19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Конструкторская мастерская</w:t>
            </w:r>
          </w:p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Какой секрет у подвижных игрушек?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6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20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 xml:space="preserve">Как из неподвижной игрушки сделать </w:t>
            </w:r>
            <w:proofErr w:type="gramStart"/>
            <w:r w:rsidRPr="009C30E2">
              <w:rPr>
                <w:lang w:val="ru-RU"/>
              </w:rPr>
              <w:t>подвижную</w:t>
            </w:r>
            <w:proofErr w:type="gramEnd"/>
            <w:r w:rsidRPr="009C30E2">
              <w:rPr>
                <w:lang w:val="ru-RU"/>
              </w:rPr>
              <w:t>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08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Ещё один способ сделать игрушку подвижной.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33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22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Что заставляет вращаться пропеллер?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39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Можно ли соединить детали без соединительных материалов?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32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24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День защитника Отечества. Изменяются ли вооружение в армии?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348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25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 машины помогают человеку?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5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26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Поздравляем женщин и девочек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9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27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Что интересного в работе архитектора?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1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28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Наши проекты. Создадим свой город.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0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29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Проверим себя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61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30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Рукодельная мастерская</w:t>
            </w:r>
          </w:p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lang w:val="ru-RU"/>
              </w:rPr>
              <w:t>Какие бывают ткани? Какие бывают нитки? Как они используются?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26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31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Что такое натуральные ткани? Каковы их свойства?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19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32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Строчка косого стежка. Есть ли у неё «дочки»?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40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33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Как ткань превращается в изделие? Лекало.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  <w:tr w:rsidR="009C30E2" w:rsidRPr="009C30E2" w:rsidTr="009C30E2">
        <w:trPr>
          <w:trHeight w:val="309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9C30E2">
              <w:rPr>
                <w:b/>
                <w:bCs/>
                <w:lang w:val="ru-RU"/>
              </w:rPr>
              <w:t>34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2" w:rsidRPr="009C30E2" w:rsidRDefault="009C30E2" w:rsidP="009C30E2">
            <w:pPr>
              <w:spacing w:after="0"/>
              <w:jc w:val="center"/>
              <w:rPr>
                <w:lang w:val="ru-RU"/>
              </w:rPr>
            </w:pPr>
            <w:r w:rsidRPr="009C30E2">
              <w:rPr>
                <w:lang w:val="ru-RU"/>
              </w:rPr>
              <w:t>Проверим себя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Default="009C30E2" w:rsidP="009C30E2">
            <w:pPr>
              <w:jc w:val="center"/>
            </w:pP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DC6FB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2" w:rsidRPr="009C30E2" w:rsidRDefault="009C30E2" w:rsidP="009C30E2">
            <w:pPr>
              <w:spacing w:after="0"/>
              <w:jc w:val="center"/>
              <w:rPr>
                <w:b/>
                <w:bCs/>
                <w:lang w:val="ru-RU"/>
              </w:rPr>
            </w:pPr>
          </w:p>
        </w:tc>
      </w:tr>
    </w:tbl>
    <w:p w:rsidR="00747E0A" w:rsidRDefault="00747E0A">
      <w:pPr>
        <w:sectPr w:rsidR="00747E0A">
          <w:pgSz w:w="16840" w:h="11900"/>
          <w:pgMar w:top="282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70D1A" w:rsidRDefault="00370D1A" w:rsidP="00370D1A">
      <w:pPr>
        <w:spacing w:after="0"/>
        <w:ind w:left="-142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70D1A" w:rsidRDefault="00370D1A" w:rsidP="00370D1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70D1A" w:rsidRDefault="00370D1A" w:rsidP="00370D1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Учебник  «Технология» 2 класс в 1 части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370D1A" w:rsidRDefault="00370D1A" w:rsidP="00370D1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Е.А.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Т.П. Зуева</w:t>
      </w:r>
    </w:p>
    <w:p w:rsidR="00370D1A" w:rsidRDefault="00370D1A" w:rsidP="00370D1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 2017г</w:t>
      </w:r>
    </w:p>
    <w:p w:rsidR="00370D1A" w:rsidRDefault="00370D1A" w:rsidP="00370D1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70D1A" w:rsidRDefault="00370D1A" w:rsidP="00370D1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0D1A" w:rsidRDefault="00370D1A" w:rsidP="00370D1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0D1A" w:rsidRDefault="00370D1A" w:rsidP="00370D1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0D1A" w:rsidRDefault="00370D1A" w:rsidP="00370D1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Учебник  «Технология» 2 класс в 1 части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370D1A" w:rsidRDefault="00370D1A" w:rsidP="00370D1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Е.А.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Т.П. Зуева</w:t>
      </w:r>
    </w:p>
    <w:p w:rsidR="00370D1A" w:rsidRDefault="00370D1A" w:rsidP="00370D1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 2017г</w:t>
      </w:r>
    </w:p>
    <w:p w:rsidR="00370D1A" w:rsidRDefault="00370D1A" w:rsidP="00370D1A">
      <w:pPr>
        <w:spacing w:after="0"/>
        <w:ind w:left="120"/>
        <w:rPr>
          <w:lang w:val="ru-RU"/>
        </w:rPr>
      </w:pPr>
    </w:p>
    <w:p w:rsidR="00370D1A" w:rsidRDefault="00370D1A" w:rsidP="00370D1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0D1A" w:rsidRDefault="00370D1A" w:rsidP="00370D1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370D1A" w:rsidRDefault="00A85FC6" w:rsidP="00370D1A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9" w:history="1"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http</w:t>
        </w:r>
        <w:r w:rsidR="00370D1A">
          <w:rPr>
            <w:rStyle w:val="aff8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pedsovet</w:t>
        </w:r>
        <w:proofErr w:type="spellEnd"/>
        <w:r w:rsidR="00370D1A">
          <w:rPr>
            <w:rStyle w:val="aff8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su</w:t>
        </w:r>
        <w:proofErr w:type="spellEnd"/>
      </w:hyperlink>
    </w:p>
    <w:p w:rsidR="00370D1A" w:rsidRDefault="00A85FC6" w:rsidP="00370D1A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0" w:history="1"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www</w:t>
        </w:r>
        <w:r w:rsidR="00370D1A">
          <w:rPr>
            <w:rStyle w:val="aff8"/>
            <w:rFonts w:ascii="Times New Roman" w:hAnsi="Times New Roman" w:cs="Times New Roman"/>
            <w:sz w:val="28"/>
            <w:szCs w:val="28"/>
            <w:lang w:val="ru-RU"/>
          </w:rPr>
          <w:t>.1</w:t>
        </w:r>
        <w:proofErr w:type="spellStart"/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september</w:t>
        </w:r>
        <w:proofErr w:type="spellEnd"/>
        <w:r w:rsidR="00370D1A">
          <w:rPr>
            <w:rStyle w:val="aff8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370D1A" w:rsidRDefault="00A85FC6" w:rsidP="00370D1A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1" w:history="1"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http</w:t>
        </w:r>
        <w:r w:rsidR="00370D1A">
          <w:rPr>
            <w:rStyle w:val="aff8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www</w:t>
        </w:r>
        <w:r w:rsidR="00370D1A">
          <w:rPr>
            <w:rStyle w:val="aff8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uchportal</w:t>
        </w:r>
        <w:proofErr w:type="spellEnd"/>
        <w:r w:rsidR="00370D1A">
          <w:rPr>
            <w:rStyle w:val="aff8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370D1A">
          <w:rPr>
            <w:rStyle w:val="aff8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370D1A" w:rsidRDefault="00370D1A" w:rsidP="00370D1A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</w:p>
    <w:p w:rsidR="00370D1A" w:rsidRDefault="00370D1A" w:rsidP="00370D1A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</w:p>
    <w:p w:rsidR="00370D1A" w:rsidRDefault="00370D1A" w:rsidP="00370D1A">
      <w:pPr>
        <w:autoSpaceDE w:val="0"/>
        <w:autoSpaceDN w:val="0"/>
        <w:spacing w:after="78" w:line="220" w:lineRule="exact"/>
        <w:rPr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</w:p>
    <w:p w:rsidR="009C30E2" w:rsidRPr="008B28E3" w:rsidRDefault="009C30E2" w:rsidP="009C30E2">
      <w:pPr>
        <w:autoSpaceDE w:val="0"/>
        <w:autoSpaceDN w:val="0"/>
        <w:spacing w:after="78" w:line="220" w:lineRule="exact"/>
        <w:rPr>
          <w:lang w:val="ru-RU"/>
        </w:rPr>
      </w:pPr>
    </w:p>
    <w:p w:rsidR="008B28E3" w:rsidRPr="009C30E2" w:rsidRDefault="008B28E3" w:rsidP="009C30E2">
      <w:pPr>
        <w:rPr>
          <w:lang w:val="ru-RU"/>
        </w:rPr>
      </w:pPr>
    </w:p>
    <w:sectPr w:rsidR="008B28E3" w:rsidRPr="009C30E2" w:rsidSect="00370D1A">
      <w:pgSz w:w="11900" w:h="16840"/>
      <w:pgMar w:top="993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5D0" w:rsidRDefault="002F35D0" w:rsidP="00956F34">
      <w:pPr>
        <w:spacing w:after="0" w:line="240" w:lineRule="auto"/>
      </w:pPr>
      <w:r>
        <w:separator/>
      </w:r>
    </w:p>
  </w:endnote>
  <w:endnote w:type="continuationSeparator" w:id="1">
    <w:p w:rsidR="002F35D0" w:rsidRDefault="002F35D0" w:rsidP="0095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176650"/>
      <w:docPartObj>
        <w:docPartGallery w:val="Page Numbers (Bottom of Page)"/>
        <w:docPartUnique/>
      </w:docPartObj>
    </w:sdtPr>
    <w:sdtContent>
      <w:p w:rsidR="00956F34" w:rsidRDefault="00A85FC6">
        <w:pPr>
          <w:pStyle w:val="a7"/>
          <w:jc w:val="right"/>
        </w:pPr>
        <w:r>
          <w:fldChar w:fldCharType="begin"/>
        </w:r>
        <w:r w:rsidR="008810AB">
          <w:instrText xml:space="preserve"> PAGE   \* MERGEFORMAT </w:instrText>
        </w:r>
        <w:r>
          <w:fldChar w:fldCharType="separate"/>
        </w:r>
        <w:r w:rsidR="007213C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56F34" w:rsidRDefault="00956F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5D0" w:rsidRDefault="002F35D0" w:rsidP="00956F34">
      <w:pPr>
        <w:spacing w:after="0" w:line="240" w:lineRule="auto"/>
      </w:pPr>
      <w:r>
        <w:separator/>
      </w:r>
    </w:p>
  </w:footnote>
  <w:footnote w:type="continuationSeparator" w:id="1">
    <w:p w:rsidR="002F35D0" w:rsidRDefault="002F35D0" w:rsidP="00956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45431BF"/>
    <w:multiLevelType w:val="hybridMultilevel"/>
    <w:tmpl w:val="59046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193EF8"/>
    <w:rsid w:val="0029639D"/>
    <w:rsid w:val="002F35D0"/>
    <w:rsid w:val="00326F90"/>
    <w:rsid w:val="00361A1F"/>
    <w:rsid w:val="00370D1A"/>
    <w:rsid w:val="004329CE"/>
    <w:rsid w:val="00455DD5"/>
    <w:rsid w:val="00464F1D"/>
    <w:rsid w:val="0061766C"/>
    <w:rsid w:val="007213CA"/>
    <w:rsid w:val="00747E0A"/>
    <w:rsid w:val="008810AB"/>
    <w:rsid w:val="008B28E3"/>
    <w:rsid w:val="00933DC1"/>
    <w:rsid w:val="00956F34"/>
    <w:rsid w:val="009C30E2"/>
    <w:rsid w:val="00A636E3"/>
    <w:rsid w:val="00A8454B"/>
    <w:rsid w:val="00A85FC6"/>
    <w:rsid w:val="00AA1D8D"/>
    <w:rsid w:val="00B47730"/>
    <w:rsid w:val="00B910B9"/>
    <w:rsid w:val="00CB0664"/>
    <w:rsid w:val="00D04934"/>
    <w:rsid w:val="00FB36C2"/>
    <w:rsid w:val="00FC06FF"/>
    <w:rsid w:val="00FC693F"/>
    <w:rsid w:val="00FF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yle3">
    <w:name w:val="Style3"/>
    <w:basedOn w:val="a1"/>
    <w:uiPriority w:val="99"/>
    <w:rsid w:val="00933DC1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53">
    <w:name w:val="Font Style53"/>
    <w:uiPriority w:val="99"/>
    <w:rsid w:val="00933DC1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933DC1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styleId="aff8">
    <w:name w:val="Hyperlink"/>
    <w:basedOn w:val="a2"/>
    <w:uiPriority w:val="99"/>
    <w:semiHidden/>
    <w:unhideWhenUsed/>
    <w:rsid w:val="00370D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porta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1septemb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s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D72389-96C6-401A-8511-7D625302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4116</Words>
  <Characters>23467</Characters>
  <Application>Microsoft Office Word</Application>
  <DocSecurity>0</DocSecurity>
  <Lines>195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27528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Елена</cp:lastModifiedBy>
  <cp:revision>12</cp:revision>
  <dcterms:created xsi:type="dcterms:W3CDTF">2013-12-23T23:15:00Z</dcterms:created>
  <dcterms:modified xsi:type="dcterms:W3CDTF">2023-09-03T11:51:00Z</dcterms:modified>
  <cp:category/>
</cp:coreProperties>
</file>